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30"/>
        </w:rPr>
        <w:t>Telefonnotiz</w:t>
      </w:r>
    </w:p>
    <w:tbl>
      <w:tblPr>
        <w:tblStyle w:val="TableGrid"/>
        <w:tblW w:type="dxa" w:w="10091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Look w:firstColumn="1" w:firstRow="1" w:lastColumn="0" w:lastRow="0" w:noHBand="0" w:noVBand="1" w:val="04A0"/>
      </w:tblPr>
      <w:tblGrid>
        <w:gridCol w:w="2494"/>
        <w:gridCol w:w="7597"/>
      </w:tblGrid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Datum / Uhrzeit</w:t>
            </w:r>
          </w:p>
        </w:tc>
        <w:tc>
          <w:tcPr>
            <w:tcW w:type="dxa" w:w="7597"/>
            <w:vAlign w:val="center"/>
          </w:tcPr>
          <w:p/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Für</w:t>
            </w:r>
          </w:p>
        </w:tc>
        <w:tc>
          <w:tcPr>
            <w:tcW w:type="dxa" w:w="7597"/>
            <w:vAlign w:val="center"/>
          </w:tcPr>
          <w:p/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Anrufer/in, Firma</w:t>
            </w:r>
          </w:p>
        </w:tc>
        <w:tc>
          <w:tcPr>
            <w:tcW w:type="dxa" w:w="7597"/>
            <w:vAlign w:val="center"/>
          </w:tcPr>
          <w:p/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Rückrufnummer</w:t>
            </w:r>
          </w:p>
        </w:tc>
        <w:tc>
          <w:tcPr>
            <w:tcW w:type="dxa" w:w="7597"/>
            <w:vAlign w:val="center"/>
          </w:tcPr>
          <w:p/>
        </w:tc>
      </w:tr>
      <w:tr>
        <w:trPr>
          <w:trHeight w:val="1928" w:hRule="atLeast"/>
        </w:trPr>
        <w:tc>
          <w:tcPr>
            <w:tcW w:type="dxa" w:w="2494"/>
            <w:shd w:val="clear" w:color="auto" w:fill="F2F2F2"/>
            <w:vAlign w:val="top"/>
          </w:tcPr>
          <w:p>
            <w:r>
              <w:rPr>
                <w:b/>
                <w:sz w:val="19"/>
              </w:rPr>
              <w:t>Anliegen</w:t>
            </w:r>
          </w:p>
        </w:tc>
        <w:tc>
          <w:tcPr>
            <w:tcW w:type="dxa" w:w="7597"/>
            <w:vAlign w:val="top"/>
          </w:tcPr>
          <w:p/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Dringlichkeit</w:t>
            </w:r>
          </w:p>
        </w:tc>
        <w:tc>
          <w:tcPr>
            <w:tcW w:type="dxa" w:w="7597"/>
            <w:vAlign w:val="center"/>
          </w:tcPr>
          <w:p>
            <w:r>
              <w:rPr>
                <w:sz w:val="19"/>
              </w:rPr>
              <w:t>☐ dringend   ☐ heute   ☐ normal</w:t>
            </w:r>
          </w:p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Rückruf</w:t>
            </w:r>
          </w:p>
        </w:tc>
        <w:tc>
          <w:tcPr>
            <w:tcW w:type="dxa" w:w="7597"/>
            <w:vAlign w:val="center"/>
          </w:tcPr>
          <w:p>
            <w:r>
              <w:rPr>
                <w:sz w:val="19"/>
              </w:rPr>
              <w:t>☐ bitte zurückrufen bis: __________   ☐ ruft wieder an   ☐ nur zur Info</w:t>
            </w:r>
          </w:p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Aufgenommen von</w:t>
            </w:r>
          </w:p>
        </w:tc>
        <w:tc>
          <w:tcPr>
            <w:tcW w:type="dxa" w:w="7597"/>
            <w:vAlign w:val="center"/>
          </w:tcPr>
          <w:p/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Erledigt am / Kürzel</w:t>
            </w:r>
          </w:p>
        </w:tc>
        <w:tc>
          <w:tcPr>
            <w:tcW w:type="dxa" w:w="7597"/>
            <w:vAlign w:val="center"/>
          </w:tcPr>
          <w:p/>
        </w:tc>
      </w:tr>
    </w:tbl>
    <w:p>
      <w:pPr>
        <w:spacing w:before="280" w:after="280"/>
        <w:jc w:val="center"/>
      </w:pPr>
      <w:r>
        <w:rPr>
          <w:color w:val="999999"/>
          <w:sz w:val="14"/>
        </w:rPr>
        <w:t>- - - - - - - - - - - - - - - -   hier abtrennen   - - - - - - - - - - - - - - - -</w:t>
      </w:r>
    </w:p>
    <w:p>
      <w:pPr>
        <w:spacing w:after="80"/>
      </w:pPr>
      <w:r>
        <w:rPr>
          <w:b/>
          <w:sz w:val="30"/>
        </w:rPr>
        <w:t>Telefonnotiz</w:t>
      </w:r>
    </w:p>
    <w:tbl>
      <w:tblPr>
        <w:tblStyle w:val="TableGrid"/>
        <w:tblW w:type="dxa" w:w="10091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Look w:firstColumn="1" w:firstRow="1" w:lastColumn="0" w:lastRow="0" w:noHBand="0" w:noVBand="1" w:val="04A0"/>
      </w:tblPr>
      <w:tblGrid>
        <w:gridCol w:w="2494"/>
        <w:gridCol w:w="7597"/>
      </w:tblGrid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Datum / Uhrzeit</w:t>
            </w:r>
          </w:p>
        </w:tc>
        <w:tc>
          <w:tcPr>
            <w:tcW w:type="dxa" w:w="7597"/>
            <w:vAlign w:val="center"/>
          </w:tcPr>
          <w:p/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Für</w:t>
            </w:r>
          </w:p>
        </w:tc>
        <w:tc>
          <w:tcPr>
            <w:tcW w:type="dxa" w:w="7597"/>
            <w:vAlign w:val="center"/>
          </w:tcPr>
          <w:p/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Anrufer/in, Firma</w:t>
            </w:r>
          </w:p>
        </w:tc>
        <w:tc>
          <w:tcPr>
            <w:tcW w:type="dxa" w:w="7597"/>
            <w:vAlign w:val="center"/>
          </w:tcPr>
          <w:p/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Rückrufnummer</w:t>
            </w:r>
          </w:p>
        </w:tc>
        <w:tc>
          <w:tcPr>
            <w:tcW w:type="dxa" w:w="7597"/>
            <w:vAlign w:val="center"/>
          </w:tcPr>
          <w:p/>
        </w:tc>
      </w:tr>
      <w:tr>
        <w:trPr>
          <w:trHeight w:val="1928" w:hRule="atLeast"/>
        </w:trPr>
        <w:tc>
          <w:tcPr>
            <w:tcW w:type="dxa" w:w="2494"/>
            <w:shd w:val="clear" w:color="auto" w:fill="F2F2F2"/>
            <w:vAlign w:val="top"/>
          </w:tcPr>
          <w:p>
            <w:r>
              <w:rPr>
                <w:b/>
                <w:sz w:val="19"/>
              </w:rPr>
              <w:t>Anliegen</w:t>
            </w:r>
          </w:p>
        </w:tc>
        <w:tc>
          <w:tcPr>
            <w:tcW w:type="dxa" w:w="7597"/>
            <w:vAlign w:val="top"/>
          </w:tcPr>
          <w:p/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Dringlichkeit</w:t>
            </w:r>
          </w:p>
        </w:tc>
        <w:tc>
          <w:tcPr>
            <w:tcW w:type="dxa" w:w="7597"/>
            <w:vAlign w:val="center"/>
          </w:tcPr>
          <w:p>
            <w:r>
              <w:rPr>
                <w:sz w:val="19"/>
              </w:rPr>
              <w:t>☐ dringend   ☐ heute   ☐ normal</w:t>
            </w:r>
          </w:p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Rückruf</w:t>
            </w:r>
          </w:p>
        </w:tc>
        <w:tc>
          <w:tcPr>
            <w:tcW w:type="dxa" w:w="7597"/>
            <w:vAlign w:val="center"/>
          </w:tcPr>
          <w:p>
            <w:r>
              <w:rPr>
                <w:sz w:val="19"/>
              </w:rPr>
              <w:t>☐ bitte zurückrufen bis: __________   ☐ ruft wieder an   ☐ nur zur Info</w:t>
            </w:r>
          </w:p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Aufgenommen von</w:t>
            </w:r>
          </w:p>
        </w:tc>
        <w:tc>
          <w:tcPr>
            <w:tcW w:type="dxa" w:w="7597"/>
            <w:vAlign w:val="center"/>
          </w:tcPr>
          <w:p/>
        </w:tc>
      </w:tr>
      <w:tr>
        <w:trPr>
          <w:trHeight w:val="510" w:hRule="atLeast"/>
        </w:trPr>
        <w:tc>
          <w:tcPr>
            <w:tcW w:type="dxa" w:w="2494"/>
            <w:shd w:val="clear" w:color="auto" w:fill="F2F2F2"/>
            <w:vAlign w:val="center"/>
          </w:tcPr>
          <w:p>
            <w:r>
              <w:rPr>
                <w:b/>
                <w:sz w:val="19"/>
              </w:rPr>
              <w:t>Erledigt am / Kürzel</w:t>
            </w:r>
          </w:p>
        </w:tc>
        <w:tc>
          <w:tcPr>
            <w:tcW w:type="dxa" w:w="7597"/>
            <w:vAlign w:val="center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88888"/>
        <w:sz w:val="14"/>
      </w:rPr>
      <w:t>Vorlage: voisa.ai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Telefonnotiz-Vorlage</dc:title>
  <dc:subject>Telefonnotiz / Gesprächsnotiz, zwei Notizen pro A4-Seite</dc:subject>
  <dc:creator>voisa.ai</dc:creator>
  <cp:keywords>Telefonnotiz, Gesprächsnotiz, Vorlage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